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jc w:val="right"/>
      </w:pPr>
      <w:r>
        <w:rPr>
          <w:rFonts w:ascii="Arial" w:hAnsi="Arial" w:cs="Arial"/>
          <w:b/>
          <w:color w:val="C2412F"/>
          <w:sz w:val="40"/>
          <w:rtl/>
          <w:szCs w:val="40"/>
          <w:bCs/>
        </w:rPr>
        <w:t>💛 מעשה קטן, לב גדול – דף עבודה</w:t>
      </w:r>
    </w:p>
    <w:p>
      <w:pPr>
        <w:bidi/>
        <w:spacing w:after="40"/>
        <w:jc w:val="right"/>
      </w:pPr>
      <w:r>
        <w:rPr>
          <w:rFonts w:ascii="Arial" w:hAnsi="Arial" w:cs="Arial"/>
          <w:b/>
          <w:color w:val="1F6F69"/>
          <w:sz w:val="22"/>
          <w:rtl/>
          <w:szCs w:val="22"/>
          <w:bCs/>
        </w:rPr>
        <w:t>רמה: 📘 חט״ב</w:t>
      </w:r>
    </w:p>
    <w:p>
      <w:pPr>
        <w:bidi/>
        <w:spacing w:after="160"/>
        <w:jc w:val="right"/>
      </w:pPr>
      <w:r>
        <w:rPr>
          <w:rFonts w:ascii="Arial" w:hAnsi="Arial" w:cs="Arial"/>
          <w:b w:val="0"/>
          <w:color w:val="2E1F2A"/>
          <w:sz w:val="22"/>
          <w:rtl/>
          <w:szCs w:val="22"/>
        </w:rPr>
        <w:t>שם: ____________   כיתה: ______   תאריך: ______</w:t>
      </w:r>
    </w:p>
    <w:p>
      <w:pPr>
        <w:bidi/>
        <w:spacing w:after="40"/>
        <w:jc w:val="right"/>
      </w:pPr>
      <w:r>
        <w:rPr>
          <w:rFonts w:ascii="Arial" w:hAnsi="Arial" w:cs="Arial"/>
          <w:b/>
          <w:color w:val="1F6F69"/>
          <w:sz w:val="28"/>
          <w:rtl/>
          <w:szCs w:val="28"/>
          <w:bCs/>
        </w:rPr>
        <w:t>1. מה עושים כש...?</w:t>
      </w:r>
    </w:p>
    <w:tbl>
      <w:tblPr>
        <w:tblStyle w:val="TableGrid"/>
        <w:tblW w:type="auto" w:w="0"/>
        <w:tblLook w:firstColumn="1" w:firstRow="1" w:lastColumn="0" w:lastRow="0" w:noHBand="0" w:noVBand="1" w:val="04A0"/>
        <w:bidiVisual/>
      </w:tblPr>
      <w:tblGrid>
        <w:gridCol w:w="3402"/>
        <w:gridCol w:w="3402"/>
        <w:gridCol w:w="3402"/>
      </w:tblGrid>
      <w:tr>
        <w:tc>
          <w:tcPr>
            <w:tcW w:type="dxa" w:w="3402"/>
            <w:shd w:val="clear" w:color="auto" w:fill="FFE3DD"/>
          </w:tcPr>
          <w:p>
            <w:pPr>
              <w:bidi/>
              <w:jc w:val="right"/>
            </w:pPr>
            <w:r>
              <w:rPr>
                <w:rFonts w:ascii="Arial" w:hAnsi="Arial" w:cs="Arial"/>
                <w:b/>
                <w:color w:val="2E1F2A"/>
                <w:sz w:val="24"/>
                <w:rtl/>
                <w:szCs w:val="24"/>
                <w:bCs/>
              </w:rPr>
              <w:t>המצב</w:t>
            </w:r>
          </w:p>
        </w:tc>
        <w:tc>
          <w:tcPr>
            <w:tcW w:type="dxa" w:w="3402"/>
            <w:shd w:val="clear" w:color="auto" w:fill="FFE3DD"/>
          </w:tcPr>
          <w:p>
            <w:pPr>
              <w:bidi/>
              <w:jc w:val="right"/>
            </w:pPr>
            <w:r>
              <w:rPr>
                <w:rFonts w:ascii="Arial" w:hAnsi="Arial" w:cs="Arial"/>
                <w:b/>
                <w:color w:val="2E1F2A"/>
                <w:sz w:val="24"/>
                <w:rtl/>
                <w:szCs w:val="24"/>
                <w:bCs/>
              </w:rPr>
              <w:t>המעשה הקטן שלי</w:t>
            </w:r>
          </w:p>
        </w:tc>
        <w:tc>
          <w:tcPr>
            <w:tcW w:type="dxa" w:w="3402"/>
            <w:shd w:val="clear" w:color="auto" w:fill="FFE3DD"/>
          </w:tcPr>
          <w:p>
            <w:pPr>
              <w:bidi/>
              <w:jc w:val="right"/>
            </w:pPr>
            <w:r>
              <w:rPr>
                <w:rFonts w:ascii="Arial" w:hAnsi="Arial" w:cs="Arial"/>
                <w:b/>
                <w:color w:val="2E1F2A"/>
                <w:sz w:val="24"/>
                <w:rtl/>
                <w:szCs w:val="24"/>
                <w:bCs/>
              </w:rPr>
              <w:t>מה עלול לעצור אותי?</w:t>
            </w:r>
          </w:p>
        </w:tc>
      </w:tr>
      <w:tr>
        <w:trPr>
          <w:trHeight w:val="1247"/>
        </w:trPr>
        <w:tc>
          <w:tcPr>
            <w:tcW w:type="dxa" w:w="3402"/>
          </w:tcPr>
          <w:p>
            <w:pPr>
              <w:bidi/>
              <w:jc w:val="right"/>
            </w:pPr>
            <w:r>
              <w:rPr>
                <w:rFonts w:ascii="Arial" w:hAnsi="Arial" w:cs="Arial"/>
                <w:b w:val="0"/>
                <w:color w:val="2E1F2A"/>
                <w:sz w:val="24"/>
                <w:rtl/>
                <w:szCs w:val="24"/>
              </w:rPr>
              <w:t>📱 בקבוצת הכיתה מישהו/י מעלה תמונה מביכה של תלמיד/ה, וכולם שולחים אימוג׳י צוחק</w:t>
            </w:r>
          </w:p>
        </w:tc>
        <w:tc>
          <w:tcPr>
            <w:tcW w:type="dxa" w:w="3402"/>
          </w:tcPr>
          <w:p>
            <w:pPr>
              <w:bidi/>
              <w:jc w:val="right"/>
            </w:pPr>
          </w:p>
        </w:tc>
        <w:tc>
          <w:tcPr>
            <w:tcW w:type="dxa" w:w="3402"/>
          </w:tcPr>
          <w:p>
            <w:pPr>
              <w:bidi/>
              <w:jc w:val="right"/>
            </w:pPr>
          </w:p>
        </w:tc>
      </w:tr>
      <w:tr>
        <w:trPr>
          <w:trHeight w:val="1247"/>
        </w:trPr>
        <w:tc>
          <w:tcPr>
            <w:tcW w:type="dxa" w:w="3402"/>
          </w:tcPr>
          <w:p>
            <w:pPr>
              <w:bidi/>
              <w:jc w:val="right"/>
            </w:pPr>
            <w:r>
              <w:rPr>
                <w:rFonts w:ascii="Arial" w:hAnsi="Arial" w:cs="Arial"/>
                <w:b w:val="0"/>
                <w:color w:val="2E1F2A"/>
                <w:sz w:val="24"/>
                <w:rtl/>
                <w:szCs w:val="24"/>
              </w:rPr>
              <w:t>💭 חבר/ה מספר/ת לך שעובר עליו/ה זמן קשה בבית</w:t>
            </w:r>
          </w:p>
        </w:tc>
        <w:tc>
          <w:tcPr>
            <w:tcW w:type="dxa" w:w="3402"/>
          </w:tcPr>
          <w:p>
            <w:pPr>
              <w:bidi/>
              <w:jc w:val="right"/>
            </w:pPr>
          </w:p>
        </w:tc>
        <w:tc>
          <w:tcPr>
            <w:tcW w:type="dxa" w:w="3402"/>
          </w:tcPr>
          <w:p>
            <w:pPr>
              <w:bidi/>
              <w:jc w:val="right"/>
            </w:pPr>
          </w:p>
        </w:tc>
      </w:tr>
      <w:tr>
        <w:trPr>
          <w:trHeight w:val="1247"/>
        </w:trPr>
        <w:tc>
          <w:tcPr>
            <w:tcW w:type="dxa" w:w="3402"/>
          </w:tcPr>
          <w:p>
            <w:pPr>
              <w:bidi/>
              <w:jc w:val="right"/>
            </w:pPr>
            <w:r>
              <w:rPr>
                <w:rFonts w:ascii="Arial" w:hAnsi="Arial" w:cs="Arial"/>
                <w:b w:val="0"/>
                <w:color w:val="2E1F2A"/>
                <w:sz w:val="24"/>
                <w:rtl/>
                <w:szCs w:val="24"/>
              </w:rPr>
              <w:t>👕 יש איסוף בגדים לעמותה בשכונה</w:t>
            </w:r>
          </w:p>
        </w:tc>
        <w:tc>
          <w:tcPr>
            <w:tcW w:type="dxa" w:w="3402"/>
          </w:tcPr>
          <w:p>
            <w:pPr>
              <w:bidi/>
              <w:jc w:val="right"/>
            </w:pPr>
          </w:p>
        </w:tc>
        <w:tc>
          <w:tcPr>
            <w:tcW w:type="dxa" w:w="3402"/>
          </w:tcPr>
          <w:p>
            <w:pPr>
              <w:bidi/>
              <w:jc w:val="right"/>
            </w:pPr>
          </w:p>
        </w:tc>
      </w:tr>
    </w:tbl>
    <w:p>
      <w:pPr>
        <w:bidi/>
        <w:spacing w:after="80"/>
        <w:jc w:val="right"/>
      </w:pPr>
    </w:p>
    <w:p>
      <w:pPr>
        <w:bidi/>
        <w:spacing w:after="40"/>
        <w:jc w:val="right"/>
      </w:pPr>
      <w:r>
        <w:rPr>
          <w:rFonts w:ascii="Arial" w:hAnsi="Arial" w:cs="Arial"/>
          <w:b/>
          <w:color w:val="1F6F69"/>
          <w:sz w:val="28"/>
          <w:rtl/>
          <w:szCs w:val="28"/>
          <w:bCs/>
        </w:rPr>
        <w:t>2. סיפור קצר: ״רק אימוג׳י אחד״</w:t>
      </w:r>
    </w:p>
    <w:p>
      <w:pPr>
        <w:bidi/>
        <w:spacing w:after="80"/>
        <w:jc w:val="right"/>
      </w:pPr>
      <w:r>
        <w:rPr>
          <w:rFonts w:ascii="Arial" w:hAnsi="Arial" w:cs="Arial"/>
          <w:b w:val="0"/>
          <w:color w:val="2E1F2A"/>
          <w:sz w:val="24"/>
          <w:rtl/>
          <w:szCs w:val="24"/>
        </w:rPr>
        <w:t>בערב, בקבוצת הכיתה, מישהו העלה תמונה של יובל נרדם בהסעה, עם כיתוב מצחיק. תוך דקה הגיעו עשרים אימוג׳ים צוחקים. גם דנה כבר החזיקה את האצבע מעל האימוג׳י, ועצרה. היא חשבה איך יובל ירגיש מחר בבוקר. דנה לא הגיבה בקבוצה. היא שלחה ליובל הודעה בפרטי: ״ראיתי, זה לא בסדר. אתה רוצה שנבקש למחוק?״. אחרי כמה דקות כתב עוד תלמיד בקבוצה: ״די, תמחקו״. התמונה נמחקה.</w:t>
      </w:r>
    </w:p>
    <w:p>
      <w:pPr>
        <w:bidi/>
        <w:spacing w:after="80"/>
        <w:jc w:val="right"/>
      </w:pPr>
      <w:r>
        <w:rPr>
          <w:rFonts w:ascii="Arial" w:hAnsi="Arial" w:cs="Arial"/>
          <w:b w:val="0"/>
          <w:color w:val="2E1F2A"/>
          <w:sz w:val="24"/>
          <w:rtl/>
          <w:szCs w:val="24"/>
        </w:rPr>
        <w:t>א. למה קל כל כך ״רק לשלוח אימוג׳י״?</w:t>
      </w:r>
    </w:p>
    <w:p>
      <w:pPr>
        <w:bidi/>
        <w:spacing w:after="120"/>
        <w:jc w:val="right"/>
      </w:pPr>
      <w:r>
        <w:rPr>
          <w:rFonts w:ascii="Arial" w:hAnsi="Arial" w:cs="Arial"/>
          <w:b w:val="0"/>
          <w:color w:val="2E1F2A"/>
          <w:sz w:val="24"/>
          <w:rtl/>
          <w:szCs w:val="24"/>
        </w:rPr>
        <w:t>________________________________________________________________</w:t>
      </w:r>
    </w:p>
    <w:p>
      <w:pPr>
        <w:bidi/>
        <w:spacing w:after="120"/>
        <w:jc w:val="right"/>
      </w:pPr>
      <w:r>
        <w:rPr>
          <w:rFonts w:ascii="Arial" w:hAnsi="Arial" w:cs="Arial"/>
          <w:b w:val="0"/>
          <w:color w:val="2E1F2A"/>
          <w:sz w:val="24"/>
          <w:rtl/>
          <w:szCs w:val="24"/>
        </w:rPr>
        <w:t>________________________________________________________________</w:t>
      </w:r>
    </w:p>
    <w:p>
      <w:pPr>
        <w:bidi/>
        <w:spacing w:after="80"/>
        <w:jc w:val="right"/>
      </w:pPr>
      <w:r>
        <w:rPr>
          <w:rFonts w:ascii="Arial" w:hAnsi="Arial" w:cs="Arial"/>
          <w:b w:val="0"/>
          <w:color w:val="2E1F2A"/>
          <w:sz w:val="24"/>
          <w:rtl/>
          <w:szCs w:val="24"/>
        </w:rPr>
        <w:t>ב. מה דנה עשתה, ואיך המעשה שלה השפיע גם על אחרים?</w:t>
      </w:r>
    </w:p>
    <w:p>
      <w:pPr>
        <w:bidi/>
        <w:spacing w:after="120"/>
        <w:jc w:val="right"/>
      </w:pPr>
      <w:r>
        <w:rPr>
          <w:rFonts w:ascii="Arial" w:hAnsi="Arial" w:cs="Arial"/>
          <w:b w:val="0"/>
          <w:color w:val="2E1F2A"/>
          <w:sz w:val="24"/>
          <w:rtl/>
          <w:szCs w:val="24"/>
        </w:rPr>
        <w:t>________________________________________________________________</w:t>
      </w:r>
    </w:p>
    <w:p>
      <w:pPr>
        <w:bidi/>
        <w:spacing w:after="120"/>
        <w:jc w:val="right"/>
      </w:pPr>
      <w:r>
        <w:rPr>
          <w:rFonts w:ascii="Arial" w:hAnsi="Arial" w:cs="Arial"/>
          <w:b w:val="0"/>
          <w:color w:val="2E1F2A"/>
          <w:sz w:val="24"/>
          <w:rtl/>
          <w:szCs w:val="24"/>
        </w:rPr>
        <w:t>________________________________________________________________</w:t>
      </w:r>
    </w:p>
    <w:p>
      <w:pPr>
        <w:bidi/>
        <w:spacing w:after="80"/>
        <w:jc w:val="right"/>
      </w:pPr>
      <w:r>
        <w:rPr>
          <w:rFonts w:ascii="Arial" w:hAnsi="Arial" w:cs="Arial"/>
          <w:b w:val="0"/>
          <w:color w:val="2E1F2A"/>
          <w:sz w:val="24"/>
          <w:rtl/>
          <w:szCs w:val="24"/>
        </w:rPr>
        <w:t>ג. מה עוד אפשר לעשות במצב כזה? (רמז: לפנות למבוגר/ת)</w:t>
      </w:r>
    </w:p>
    <w:p>
      <w:pPr>
        <w:bidi/>
        <w:spacing w:after="120"/>
        <w:jc w:val="right"/>
      </w:pPr>
      <w:r>
        <w:rPr>
          <w:rFonts w:ascii="Arial" w:hAnsi="Arial" w:cs="Arial"/>
          <w:b w:val="0"/>
          <w:color w:val="2E1F2A"/>
          <w:sz w:val="24"/>
          <w:rtl/>
          <w:szCs w:val="24"/>
        </w:rPr>
        <w:t>________________________________________________________________</w:t>
      </w:r>
    </w:p>
    <w:p>
      <w:pPr>
        <w:bidi/>
        <w:spacing w:after="40"/>
        <w:jc w:val="right"/>
      </w:pPr>
      <w:r>
        <w:rPr>
          <w:rFonts w:ascii="Arial" w:hAnsi="Arial" w:cs="Arial"/>
          <w:b/>
          <w:color w:val="1F6F69"/>
          <w:sz w:val="28"/>
          <w:rtl/>
          <w:szCs w:val="28"/>
          <w:bCs/>
        </w:rPr>
        <w:t>3. המעגלים שלי – מעשה קטן אחד בכל מעגל</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FFE3DD"/>
          </w:tcPr>
          <w:p>
            <w:pPr>
              <w:bidi/>
              <w:jc w:val="right"/>
            </w:pPr>
            <w:r>
              <w:rPr>
                <w:rFonts w:ascii="Arial" w:hAnsi="Arial" w:cs="Arial"/>
                <w:b/>
                <w:color w:val="2E1F2A"/>
                <w:sz w:val="24"/>
                <w:rtl/>
                <w:szCs w:val="24"/>
                <w:bCs/>
              </w:rPr>
              <w:t>מעגל</w:t>
            </w:r>
          </w:p>
        </w:tc>
        <w:tc>
          <w:tcPr>
            <w:tcW w:type="dxa" w:w="5103"/>
            <w:shd w:val="clear" w:color="auto" w:fill="FFE3DD"/>
          </w:tcPr>
          <w:p>
            <w:pPr>
              <w:bidi/>
              <w:jc w:val="right"/>
            </w:pPr>
            <w:r>
              <w:rPr>
                <w:rFonts w:ascii="Arial" w:hAnsi="Arial" w:cs="Arial"/>
                <w:b/>
                <w:color w:val="2E1F2A"/>
                <w:sz w:val="24"/>
                <w:rtl/>
                <w:szCs w:val="24"/>
                <w:bCs/>
              </w:rPr>
              <w:t>המעשה הקטן שלי</w:t>
            </w:r>
          </w:p>
        </w:tc>
      </w:tr>
      <w:tr>
        <w:trPr>
          <w:trHeight w:val="680"/>
        </w:trPr>
        <w:tc>
          <w:tcPr>
            <w:tcW w:type="dxa" w:w="5103"/>
          </w:tcPr>
          <w:p>
            <w:pPr>
              <w:bidi/>
              <w:jc w:val="right"/>
            </w:pPr>
            <w:r>
              <w:rPr>
                <w:rFonts w:ascii="Arial" w:hAnsi="Arial" w:cs="Arial"/>
                <w:b w:val="0"/>
                <w:color w:val="2E1F2A"/>
                <w:sz w:val="24"/>
                <w:rtl/>
                <w:szCs w:val="24"/>
              </w:rPr>
              <w:t>🏠 בבית</w:t>
            </w:r>
          </w:p>
        </w:tc>
        <w:tc>
          <w:tcPr>
            <w:tcW w:type="dxa" w:w="5103"/>
          </w:tcPr>
          <w:p>
            <w:pPr>
              <w:bidi/>
              <w:jc w:val="right"/>
            </w:pPr>
          </w:p>
        </w:tc>
      </w:tr>
      <w:tr>
        <w:trPr>
          <w:trHeight w:val="680"/>
        </w:trPr>
        <w:tc>
          <w:tcPr>
            <w:tcW w:type="dxa" w:w="5103"/>
          </w:tcPr>
          <w:p>
            <w:pPr>
              <w:bidi/>
              <w:jc w:val="right"/>
            </w:pPr>
            <w:r>
              <w:rPr>
                <w:rFonts w:ascii="Arial" w:hAnsi="Arial" w:cs="Arial"/>
                <w:b w:val="0"/>
                <w:color w:val="2E1F2A"/>
                <w:sz w:val="24"/>
                <w:rtl/>
                <w:szCs w:val="24"/>
              </w:rPr>
              <w:t>🏫 בכיתה</w:t>
            </w:r>
          </w:p>
        </w:tc>
        <w:tc>
          <w:tcPr>
            <w:tcW w:type="dxa" w:w="5103"/>
          </w:tcPr>
          <w:p>
            <w:pPr>
              <w:bidi/>
              <w:jc w:val="right"/>
            </w:pPr>
          </w:p>
        </w:tc>
      </w:tr>
      <w:tr>
        <w:trPr>
          <w:trHeight w:val="680"/>
        </w:trPr>
        <w:tc>
          <w:tcPr>
            <w:tcW w:type="dxa" w:w="5103"/>
          </w:tcPr>
          <w:p>
            <w:pPr>
              <w:bidi/>
              <w:jc w:val="right"/>
            </w:pPr>
            <w:r>
              <w:rPr>
                <w:rFonts w:ascii="Arial" w:hAnsi="Arial" w:cs="Arial"/>
                <w:b w:val="0"/>
                <w:color w:val="2E1F2A"/>
                <w:sz w:val="24"/>
                <w:rtl/>
                <w:szCs w:val="24"/>
              </w:rPr>
              <w:t>🏘️ בשכונה</w:t>
            </w:r>
          </w:p>
        </w:tc>
        <w:tc>
          <w:tcPr>
            <w:tcW w:type="dxa" w:w="5103"/>
          </w:tcPr>
          <w:p>
            <w:pPr>
              <w:bidi/>
              <w:jc w:val="right"/>
            </w:pPr>
          </w:p>
        </w:tc>
      </w:tr>
      <w:tr>
        <w:trPr>
          <w:trHeight w:val="680"/>
        </w:trPr>
        <w:tc>
          <w:tcPr>
            <w:tcW w:type="dxa" w:w="5103"/>
          </w:tcPr>
          <w:p>
            <w:pPr>
              <w:bidi/>
              <w:jc w:val="right"/>
            </w:pPr>
            <w:r>
              <w:rPr>
                <w:rFonts w:ascii="Arial" w:hAnsi="Arial" w:cs="Arial"/>
                <w:b w:val="0"/>
                <w:color w:val="2E1F2A"/>
                <w:sz w:val="24"/>
                <w:rtl/>
                <w:szCs w:val="24"/>
              </w:rPr>
              <w:t>📱 ברשת</w:t>
            </w:r>
          </w:p>
        </w:tc>
        <w:tc>
          <w:tcPr>
            <w:tcW w:type="dxa" w:w="5103"/>
          </w:tcPr>
          <w:p>
            <w:pPr>
              <w:bidi/>
              <w:jc w:val="right"/>
            </w:pPr>
          </w:p>
        </w:tc>
      </w:tr>
    </w:tbl>
    <w:p>
      <w:pPr>
        <w:bidi/>
        <w:spacing w:after="80"/>
        <w:jc w:val="right"/>
      </w:pPr>
    </w:p>
    <w:p>
      <w:pPr>
        <w:bidi/>
        <w:spacing w:after="40"/>
        <w:jc w:val="right"/>
      </w:pPr>
      <w:r>
        <w:rPr>
          <w:rFonts w:ascii="Arial" w:hAnsi="Arial" w:cs="Arial"/>
          <w:b/>
          <w:color w:val="1F6F69"/>
          <w:sz w:val="28"/>
          <w:rtl/>
          <w:szCs w:val="28"/>
          <w:bCs/>
        </w:rPr>
        <w:t>4. האתגר השבועי שלי</w:t>
      </w:r>
    </w:p>
    <w:p>
      <w:pPr>
        <w:bidi/>
        <w:spacing w:after="80"/>
        <w:jc w:val="right"/>
      </w:pPr>
      <w:r>
        <w:rPr>
          <w:rFonts w:ascii="Arial" w:hAnsi="Arial" w:cs="Arial"/>
          <w:b w:val="0"/>
          <w:color w:val="2E1F2A"/>
          <w:sz w:val="24"/>
          <w:rtl/>
          <w:szCs w:val="24"/>
        </w:rPr>
        <w:t>האתגר:</w:t>
      </w:r>
    </w:p>
    <w:p>
      <w:pPr>
        <w:bidi/>
        <w:spacing w:after="120"/>
        <w:jc w:val="right"/>
      </w:pPr>
      <w:r>
        <w:rPr>
          <w:rFonts w:ascii="Arial" w:hAnsi="Arial" w:cs="Arial"/>
          <w:b w:val="0"/>
          <w:color w:val="2E1F2A"/>
          <w:sz w:val="24"/>
          <w:rtl/>
          <w:szCs w:val="24"/>
        </w:rPr>
        <w:t>________________________________________________________________</w:t>
      </w:r>
    </w:p>
    <w:tbl>
      <w:tblPr>
        <w:tblStyle w:val="TableGrid"/>
        <w:tblW w:type="auto" w:w="0"/>
        <w:tblLook w:firstColumn="1" w:firstRow="1" w:lastColumn="0" w:lastRow="0" w:noHBand="0" w:noVBand="1" w:val="04A0"/>
        <w:bidiVisual/>
      </w:tblPr>
      <w:tblGrid>
        <w:gridCol w:w="1701"/>
        <w:gridCol w:w="1701"/>
        <w:gridCol w:w="1701"/>
        <w:gridCol w:w="1701"/>
        <w:gridCol w:w="1701"/>
        <w:gridCol w:w="1701"/>
      </w:tblGrid>
      <w:tr>
        <w:tc>
          <w:tcPr>
            <w:tcW w:type="dxa" w:w="1701"/>
            <w:shd w:val="clear" w:color="auto" w:fill="FFFFFF"/>
          </w:tcPr>
          <w:p>
            <w:pPr>
              <w:bidi/>
              <w:jc w:val="right"/>
            </w:pPr>
            <w:r>
              <w:rPr>
                <w:rFonts w:ascii="Arial" w:hAnsi="Arial" w:cs="Arial"/>
                <w:b/>
                <w:color w:val="2E1F2A"/>
                <w:sz w:val="24"/>
                <w:rtl/>
                <w:szCs w:val="24"/>
                <w:bCs/>
              </w:rPr>
              <w:t>א׳ ☐</w:t>
            </w:r>
          </w:p>
        </w:tc>
        <w:tc>
          <w:tcPr>
            <w:tcW w:type="dxa" w:w="1701"/>
            <w:shd w:val="clear" w:color="auto" w:fill="FFFFFF"/>
          </w:tcPr>
          <w:p>
            <w:pPr>
              <w:bidi/>
              <w:jc w:val="right"/>
            </w:pPr>
            <w:r>
              <w:rPr>
                <w:rFonts w:ascii="Arial" w:hAnsi="Arial" w:cs="Arial"/>
                <w:b/>
                <w:color w:val="2E1F2A"/>
                <w:sz w:val="24"/>
                <w:rtl/>
                <w:szCs w:val="24"/>
                <w:bCs/>
              </w:rPr>
              <w:t>ב׳ ☐</w:t>
            </w:r>
          </w:p>
        </w:tc>
        <w:tc>
          <w:tcPr>
            <w:tcW w:type="dxa" w:w="1701"/>
            <w:shd w:val="clear" w:color="auto" w:fill="FFFFFF"/>
          </w:tcPr>
          <w:p>
            <w:pPr>
              <w:bidi/>
              <w:jc w:val="right"/>
            </w:pPr>
            <w:r>
              <w:rPr>
                <w:rFonts w:ascii="Arial" w:hAnsi="Arial" w:cs="Arial"/>
                <w:b/>
                <w:color w:val="2E1F2A"/>
                <w:sz w:val="24"/>
                <w:rtl/>
                <w:szCs w:val="24"/>
                <w:bCs/>
              </w:rPr>
              <w:t>ג׳ ☐</w:t>
            </w:r>
          </w:p>
        </w:tc>
        <w:tc>
          <w:tcPr>
            <w:tcW w:type="dxa" w:w="1701"/>
            <w:shd w:val="clear" w:color="auto" w:fill="FFFFFF"/>
          </w:tcPr>
          <w:p>
            <w:pPr>
              <w:bidi/>
              <w:jc w:val="right"/>
            </w:pPr>
            <w:r>
              <w:rPr>
                <w:rFonts w:ascii="Arial" w:hAnsi="Arial" w:cs="Arial"/>
                <w:b/>
                <w:color w:val="2E1F2A"/>
                <w:sz w:val="24"/>
                <w:rtl/>
                <w:szCs w:val="24"/>
                <w:bCs/>
              </w:rPr>
              <w:t>ד׳ ☐</w:t>
            </w:r>
          </w:p>
        </w:tc>
        <w:tc>
          <w:tcPr>
            <w:tcW w:type="dxa" w:w="1701"/>
            <w:shd w:val="clear" w:color="auto" w:fill="FFFFFF"/>
          </w:tcPr>
          <w:p>
            <w:pPr>
              <w:bidi/>
              <w:jc w:val="right"/>
            </w:pPr>
            <w:r>
              <w:rPr>
                <w:rFonts w:ascii="Arial" w:hAnsi="Arial" w:cs="Arial"/>
                <w:b/>
                <w:color w:val="2E1F2A"/>
                <w:sz w:val="24"/>
                <w:rtl/>
                <w:szCs w:val="24"/>
                <w:bCs/>
              </w:rPr>
              <w:t>ה׳ ☐</w:t>
            </w:r>
          </w:p>
        </w:tc>
        <w:tc>
          <w:tcPr>
            <w:tcW w:type="dxa" w:w="1701"/>
            <w:shd w:val="clear" w:color="auto" w:fill="FFFFFF"/>
          </w:tcPr>
          <w:p>
            <w:pPr>
              <w:bidi/>
              <w:jc w:val="right"/>
            </w:pPr>
            <w:r>
              <w:rPr>
                <w:rFonts w:ascii="Arial" w:hAnsi="Arial" w:cs="Arial"/>
                <w:b/>
                <w:color w:val="2E1F2A"/>
                <w:sz w:val="24"/>
                <w:rtl/>
                <w:szCs w:val="24"/>
                <w:bCs/>
              </w:rPr>
              <w:t>ו׳ ☐</w:t>
            </w:r>
          </w:p>
        </w:tc>
      </w:tr>
    </w:tbl>
    <w:p>
      <w:pPr>
        <w:bidi/>
        <w:spacing w:after="80"/>
        <w:jc w:val="right"/>
      </w:pPr>
    </w:p>
    <w:p>
      <w:pPr>
        <w:bidi/>
        <w:spacing w:after="80"/>
        <w:jc w:val="right"/>
      </w:pPr>
      <w:r>
        <w:rPr>
          <w:rFonts w:ascii="Arial" w:hAnsi="Arial" w:cs="Arial"/>
          <w:b w:val="0"/>
          <w:color w:val="2E1F2A"/>
          <w:sz w:val="24"/>
          <w:rtl/>
          <w:szCs w:val="24"/>
        </w:rPr>
        <w:t>את מי זה שימח, ומה הרגשתי אני?</w:t>
      </w:r>
    </w:p>
    <w:p>
      <w:pPr>
        <w:bidi/>
        <w:spacing w:after="120"/>
        <w:jc w:val="right"/>
      </w:pPr>
      <w:r>
        <w:rPr>
          <w:rFonts w:ascii="Arial" w:hAnsi="Arial" w:cs="Arial"/>
          <w:b w:val="0"/>
          <w:color w:val="2E1F2A"/>
          <w:sz w:val="24"/>
          <w:rtl/>
          <w:szCs w:val="24"/>
        </w:rPr>
        <w:t>________________________________________________________________</w:t>
      </w:r>
    </w:p>
    <w:p>
      <w:pPr>
        <w:bidi/>
        <w:spacing w:after="120"/>
        <w:jc w:val="right"/>
      </w:pPr>
      <w:r>
        <w:rPr>
          <w:rFonts w:ascii="Arial" w:hAnsi="Arial" w:cs="Arial"/>
          <w:b w:val="0"/>
          <w:color w:val="2E1F2A"/>
          <w:sz w:val="24"/>
          <w:rtl/>
          <w:szCs w:val="24"/>
        </w:rPr>
        <w:t>________________________________________________________________</w:t>
      </w:r>
    </w:p>
    <w:p>
      <w:pPr>
        <w:bidi/>
        <w:spacing w:after="80" w:before="200"/>
        <w:jc w:val="right"/>
      </w:pPr>
      <w:r>
        <w:drawing>
          <wp:inline xmlns:a="http://schemas.openxmlformats.org/drawingml/2006/main" xmlns:pic="http://schemas.openxmlformats.org/drawingml/2006/picture">
            <wp:extent cx="288000" cy="288000"/>
            <wp:docPr id="1" name="Picture 1"/>
            <wp:cNvGraphicFramePr>
              <a:graphicFrameLocks noChangeAspect="1"/>
            </wp:cNvGraphicFramePr>
            <a:graphic>
              <a:graphicData uri="http://schemas.openxmlformats.org/drawingml/2006/picture">
                <pic:pic>
                  <pic:nvPicPr>
                    <pic:cNvPr id="0" name="logo-s.png"/>
                    <pic:cNvPicPr/>
                  </pic:nvPicPr>
                  <pic:blipFill>
                    <a:blip r:embed="rId9"/>
                    <a:stretch>
                      <a:fillRect/>
                    </a:stretch>
                  </pic:blipFill>
                  <pic:spPr>
                    <a:xfrm>
                      <a:off x="0" y="0"/>
                      <a:ext cx="288000" cy="288000"/>
                    </a:xfrm>
                    <a:prstGeom prst="rect"/>
                  </pic:spPr>
                </pic:pic>
              </a:graphicData>
            </a:graphic>
          </wp:inline>
        </w:drawing>
      </w:r>
      <w:r>
        <w:rPr>
          <w:rFonts w:ascii="Arial" w:hAnsi="Arial" w:cs="Arial"/>
          <w:b/>
          <w:color w:val="2E1F2A"/>
          <w:sz w:val="20"/>
          <w:rtl/>
          <w:szCs w:val="20"/>
          <w:bCs/>
        </w:rPr>
        <w:t xml:space="preserve">  יצרה: רוית ראש בן ישי · 💛 מעשה קטן, לב גדול</w:t>
      </w:r>
    </w:p>
    <w:sectPr w:rsidR="00FC693F" w:rsidRPr="0006063C" w:rsidSect="00034616">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