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40"/>
          <w:rtl/>
          <w:szCs w:val="40"/>
          <w:bCs/>
        </w:rPr>
        <w:t>💛 מַעֲשֶׂה קָטָן, לֵב גָּדוֹל</w:t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22"/>
          <w:rtl/>
          <w:szCs w:val="22"/>
          <w:bCs/>
        </w:rPr>
        <w:t>רמה: 🟢 עולים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2E1F2A"/>
          <w:sz w:val="22"/>
          <w:rtl/>
          <w:szCs w:val="22"/>
        </w:rPr>
        <w:t>שֵׁם: ____________   כִּתָּה: ______   תַּאֲרִיךְ: ______</w:t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34"/>
          <w:rtl/>
          <w:szCs w:val="34"/>
          <w:bCs/>
        </w:rPr>
        <w:t>בַּנְק מִלִּים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30"/>
          <w:rtl/>
          <w:szCs w:val="30"/>
        </w:rPr>
        <w:t>🤝 עֶזְרָה  ·  🙏 תּוֹדָה  ·  👋 שָׁלוֹם  ·  😊 חִיּוּךְ  ·  👂 לְהַקְשִׁיב  ·  🎁 לָתֵת  ·  🧸 לְשַׁתֵּף  ·  🧹 לְנַקּוֹת  ·  👫 חָבֵר / חֲבֵרָה  ·  🏫 כִּתָּה  ·  💛 מַעֲשֶׂה טוֹב  ·  🌟 כׇּל הַכָּבוֹד</w:t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34"/>
          <w:rtl/>
          <w:szCs w:val="34"/>
          <w:bCs/>
        </w:rPr>
        <w:t>1. מַתְאִימִים: תְּמוּנָה ↔ מִלָּה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FE3DD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30"/>
                <w:rtl/>
                <w:szCs w:val="30"/>
                <w:bCs/>
              </w:rPr>
              <w:t>תְּמוּנָה</w:t>
            </w:r>
          </w:p>
        </w:tc>
        <w:tc>
          <w:tcPr>
            <w:tcW w:type="dxa" w:w="3402"/>
            <w:shd w:val="clear" w:color="auto" w:fill="FFE3DD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30"/>
                <w:rtl/>
                <w:szCs w:val="30"/>
                <w:bCs/>
              </w:rPr>
            </w:r>
          </w:p>
        </w:tc>
        <w:tc>
          <w:tcPr>
            <w:tcW w:type="dxa" w:w="3402"/>
            <w:shd w:val="clear" w:color="auto" w:fill="FFE3DD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30"/>
                <w:rtl/>
                <w:szCs w:val="30"/>
                <w:bCs/>
              </w:rPr>
              <w:t>מִלָּה</w:t>
            </w:r>
          </w:p>
        </w:tc>
      </w:tr>
      <w:tr>
        <w:trPr>
          <w:trHeight w:val="624"/>
        </w:trP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30"/>
                <w:rtl/>
                <w:szCs w:val="30"/>
              </w:rPr>
              <w:t>🤝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30"/>
                <w:rtl/>
                <w:szCs w:val="30"/>
              </w:rPr>
              <w:t>לְשַׂחֵק יַחַד</w:t>
            </w:r>
          </w:p>
        </w:tc>
      </w:tr>
      <w:tr>
        <w:trPr>
          <w:trHeight w:val="624"/>
        </w:trP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30"/>
                <w:rtl/>
                <w:szCs w:val="30"/>
              </w:rPr>
              <w:t>🙏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30"/>
                <w:rtl/>
                <w:szCs w:val="30"/>
              </w:rPr>
              <w:t>לְהַקְשִׁיב</w:t>
            </w:r>
          </w:p>
        </w:tc>
      </w:tr>
      <w:tr>
        <w:trPr>
          <w:trHeight w:val="624"/>
        </w:trP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30"/>
                <w:rtl/>
                <w:szCs w:val="30"/>
              </w:rPr>
              <w:t>😊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30"/>
                <w:rtl/>
                <w:szCs w:val="30"/>
              </w:rPr>
              <w:t>שָׁלוֹם</w:t>
            </w:r>
          </w:p>
        </w:tc>
      </w:tr>
      <w:tr>
        <w:trPr>
          <w:trHeight w:val="624"/>
        </w:trP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30"/>
                <w:rtl/>
                <w:szCs w:val="30"/>
              </w:rPr>
              <w:t>👋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30"/>
                <w:rtl/>
                <w:szCs w:val="30"/>
              </w:rPr>
              <w:t>חִיּוּךְ</w:t>
            </w:r>
          </w:p>
        </w:tc>
      </w:tr>
      <w:tr>
        <w:trPr>
          <w:trHeight w:val="624"/>
        </w:trP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30"/>
                <w:rtl/>
                <w:szCs w:val="30"/>
              </w:rPr>
              <w:t>🧹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30"/>
                <w:rtl/>
                <w:szCs w:val="30"/>
              </w:rPr>
              <w:t>עֶזְרָה</w:t>
            </w:r>
          </w:p>
        </w:tc>
      </w:tr>
      <w:tr>
        <w:trPr>
          <w:trHeight w:val="624"/>
        </w:trP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30"/>
                <w:rtl/>
                <w:szCs w:val="30"/>
              </w:rPr>
              <w:t>👂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30"/>
                <w:rtl/>
                <w:szCs w:val="30"/>
              </w:rPr>
              <w:t>לְנַקּוֹת</w:t>
            </w:r>
          </w:p>
        </w:tc>
      </w:tr>
      <w:tr>
        <w:trPr>
          <w:trHeight w:val="624"/>
        </w:trP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30"/>
                <w:rtl/>
                <w:szCs w:val="30"/>
              </w:rPr>
              <w:t>🎁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30"/>
                <w:rtl/>
                <w:szCs w:val="30"/>
              </w:rPr>
              <w:t>לָתֵת</w:t>
            </w:r>
          </w:p>
        </w:tc>
      </w:tr>
      <w:tr>
        <w:trPr>
          <w:trHeight w:val="624"/>
        </w:trP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30"/>
                <w:rtl/>
                <w:szCs w:val="30"/>
              </w:rPr>
              <w:t>⚽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30"/>
                <w:rtl/>
                <w:szCs w:val="30"/>
              </w:rPr>
              <w:t>תּוֹדָה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34"/>
          <w:rtl/>
          <w:szCs w:val="34"/>
          <w:bCs/>
        </w:rPr>
        <w:t>2. מַשְׁלִימִים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30"/>
          <w:rtl/>
          <w:szCs w:val="30"/>
        </w:rPr>
        <w:t>תּוֹדָה  ·  לְשַׂחֵק  ·  מַקְשִׁיב / מַקְשִׁיבָה  ·  שָׁלוֹם  ·  לְנַקּוֹת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30"/>
          <w:rtl/>
          <w:szCs w:val="30"/>
        </w:rPr>
        <w:t>א. כְּשֶׁעוֹזְרִים לִי, אֲנִי אוֹמֵר / אוֹמֶרֶת: ________.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30"/>
          <w:rtl/>
          <w:szCs w:val="30"/>
        </w:rPr>
        <w:t>ב. בַּהַפְסָקָה אֲנִי מַזְמִין / מַזְמִינָה חָבֵר אוֹ חֲבֵרָה ________.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30"/>
          <w:rtl/>
          <w:szCs w:val="30"/>
        </w:rPr>
        <w:t>ג. כְּשֶׁחָבֵר מְדַבֵּר, אֲנִי ________.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30"/>
          <w:rtl/>
          <w:szCs w:val="30"/>
        </w:rPr>
        <w:t>ד. בַּבֹּקֶר אֲנִי אוֹמֵר / אוֹמֶרֶת: ________.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30"/>
          <w:rtl/>
          <w:szCs w:val="30"/>
        </w:rPr>
        <w:t>ה. אֲנִי עוֹזֵר / עוֹזֶרֶת ________ אֶת הַכִּתָּה.</w:t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34"/>
          <w:rtl/>
          <w:szCs w:val="34"/>
          <w:bCs/>
        </w:rPr>
        <w:t>3. הַמַּעֲשֶׂה הַטּוֹב שֶׁלִּי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30"/>
          <w:rtl/>
          <w:szCs w:val="30"/>
        </w:rPr>
        <w:t>אֲנִי ____________________   ·   בַּשָּׂפָה שֶׁלִּי: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rPr>
          <w:trHeight w:val="2551"/>
        </w:trPr>
        <w:tc>
          <w:tcPr>
            <w:tcW w:type="dxa" w:w="10206"/>
          </w:tcPr>
          <w:p>
            <w:pPr>
              <w:bidi/>
              <w:jc w:val="right"/>
            </w:pP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34"/>
          <w:rtl/>
          <w:szCs w:val="34"/>
          <w:bCs/>
        </w:rPr>
        <w:t>4. עָשִׂיתִי מַעֲשֶׂה טוֹב בְּיוֹם: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701"/>
        <w:gridCol w:w="1701"/>
        <w:gridCol w:w="1701"/>
        <w:gridCol w:w="1701"/>
        <w:gridCol w:w="1701"/>
        <w:gridCol w:w="1701"/>
      </w:tblGrid>
      <w:tr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30"/>
                <w:rtl/>
                <w:szCs w:val="30"/>
                <w:bCs/>
              </w:rPr>
              <w:t>א׳ ☐</w:t>
            </w:r>
          </w:p>
        </w:tc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30"/>
                <w:rtl/>
                <w:szCs w:val="30"/>
                <w:bCs/>
              </w:rPr>
              <w:t>ב׳ ☐</w:t>
            </w:r>
          </w:p>
        </w:tc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30"/>
                <w:rtl/>
                <w:szCs w:val="30"/>
                <w:bCs/>
              </w:rPr>
              <w:t>ג׳ ☐</w:t>
            </w:r>
          </w:p>
        </w:tc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30"/>
                <w:rtl/>
                <w:szCs w:val="30"/>
                <w:bCs/>
              </w:rPr>
              <w:t>ד׳ ☐</w:t>
            </w:r>
          </w:p>
        </w:tc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30"/>
                <w:rtl/>
                <w:szCs w:val="30"/>
                <w:bCs/>
              </w:rPr>
              <w:t>ה׳ ☐</w:t>
            </w:r>
          </w:p>
        </w:tc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30"/>
                <w:rtl/>
                <w:szCs w:val="30"/>
                <w:bCs/>
              </w:rPr>
              <w:t>ו׳ ☐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80" w:before="200"/>
        <w:jc w:val="right"/>
      </w:pPr>
      <w:r>
        <w:drawing>
          <wp:inline xmlns:a="http://schemas.openxmlformats.org/drawingml/2006/main" xmlns:pic="http://schemas.openxmlformats.org/drawingml/2006/picture">
            <wp:extent cx="288000" cy="28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288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2E1F2A"/>
          <w:sz w:val="20"/>
          <w:rtl/>
          <w:szCs w:val="20"/>
          <w:bCs/>
        </w:rPr>
        <w:t xml:space="preserve">  יצרה: רוית ראש בן ישי · 💛 מעשה קטן, לב גדול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